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BCF13" w14:textId="77777777" w:rsidR="00441A59" w:rsidRDefault="00000000" w:rsidP="00441A59">
      <w:pPr>
        <w:spacing w:after="240"/>
        <w:jc w:val="center"/>
        <w:rPr>
          <w:b/>
          <w:color w:val="1F4E79"/>
          <w:sz w:val="30"/>
        </w:rPr>
      </w:pPr>
      <w:r>
        <w:rPr>
          <w:b/>
          <w:color w:val="1F4E79"/>
          <w:sz w:val="26"/>
        </w:rPr>
        <w:t>NỘI DUNG TRUYỀN THÔNG GỬI CÁC TRƯỜNG ĐẠI HỌC</w:t>
      </w:r>
      <w:r>
        <w:rPr>
          <w:b/>
          <w:color w:val="1F4E79"/>
          <w:sz w:val="30"/>
        </w:rPr>
        <w:br/>
        <w:t>FPT FRONTIER INNOVATORS 2026</w:t>
      </w:r>
    </w:p>
    <w:p w14:paraId="73208BE1" w14:textId="6A29E3FA" w:rsidR="002F6503" w:rsidRDefault="00000000" w:rsidP="00441A59">
      <w:pPr>
        <w:spacing w:after="240"/>
        <w:jc w:val="center"/>
      </w:pPr>
      <w:r>
        <w:rPr>
          <w:b/>
          <w:color w:val="1F4E79"/>
          <w:sz w:val="24"/>
        </w:rPr>
        <w:t>MẪU CONTENT NGẮN ĐĂNG TRÊN CÁC KÊNH CỦA TRƯỜNG</w:t>
      </w:r>
    </w:p>
    <w:p w14:paraId="42A32EC6" w14:textId="77777777" w:rsidR="002F6503" w:rsidRDefault="00000000">
      <w:pPr>
        <w:spacing w:after="160"/>
      </w:pPr>
      <w:r>
        <w:rPr>
          <w:b/>
          <w:sz w:val="24"/>
        </w:rPr>
        <w:t>🎓 CƠ HỘI THAM GIA FPT FRONTIER INNOVATORS 2026</w:t>
      </w:r>
    </w:p>
    <w:p w14:paraId="09463B79" w14:textId="77777777" w:rsidR="002F6503" w:rsidRDefault="00000000">
      <w:r>
        <w:rPr>
          <w:sz w:val="22"/>
        </w:rPr>
        <w:t>Nhà trường thông tin tới các bạn sinh viên về FPT Frontier Innovators 2026 – chương trình phát triển tài năng nghiên cứu công nghệ của FPT, được triển khai bởi Viện Quantum AI &amp; Cyber Security (QACI).</w:t>
      </w:r>
    </w:p>
    <w:p w14:paraId="666446C1" w14:textId="77777777" w:rsidR="002F6503" w:rsidRDefault="00000000">
      <w:r>
        <w:rPr>
          <w:sz w:val="22"/>
        </w:rPr>
        <w:t>Chương trình dành cho sinh viên năm cuối và ứng viên mới tốt nghiệp Đại học/Thạc sĩ thuộc các ngành Toán, STEM và lĩnh vực liên quan, có nền tảng tốt về nghiên cứu và công nghệ.</w:t>
      </w:r>
    </w:p>
    <w:p w14:paraId="2FFB43FD" w14:textId="77777777" w:rsidR="002F6503" w:rsidRDefault="00000000">
      <w:pPr>
        <w:keepNext/>
        <w:spacing w:before="80"/>
      </w:pPr>
      <w:r>
        <w:rPr>
          <w:b/>
          <w:sz w:val="22"/>
        </w:rPr>
        <w:t>🔬 04 hướng nghiên cứu trọng tâm:</w:t>
      </w:r>
    </w:p>
    <w:p w14:paraId="556C0DA3" w14:textId="77777777" w:rsidR="002F6503" w:rsidRDefault="00000000">
      <w:pPr>
        <w:pStyle w:val="ListBullet"/>
        <w:spacing w:after="0"/>
      </w:pPr>
      <w:r>
        <w:rPr>
          <w:sz w:val="22"/>
        </w:rPr>
        <w:t>Physical AI</w:t>
      </w:r>
    </w:p>
    <w:p w14:paraId="2D54000E" w14:textId="77777777" w:rsidR="002F6503" w:rsidRDefault="00000000">
      <w:pPr>
        <w:pStyle w:val="ListBullet"/>
        <w:spacing w:after="0"/>
      </w:pPr>
      <w:r>
        <w:rPr>
          <w:sz w:val="22"/>
        </w:rPr>
        <w:t>Agentic AI</w:t>
      </w:r>
    </w:p>
    <w:p w14:paraId="0A92EAC3" w14:textId="77777777" w:rsidR="002F6503" w:rsidRDefault="00000000">
      <w:pPr>
        <w:pStyle w:val="ListBullet"/>
        <w:spacing w:after="0"/>
      </w:pPr>
      <w:r>
        <w:rPr>
          <w:sz w:val="22"/>
        </w:rPr>
        <w:t>Quantum</w:t>
      </w:r>
    </w:p>
    <w:p w14:paraId="4144EDDE" w14:textId="77777777" w:rsidR="002F6503" w:rsidRDefault="00000000">
      <w:pPr>
        <w:pStyle w:val="ListBullet"/>
        <w:spacing w:after="0"/>
      </w:pPr>
      <w:r>
        <w:rPr>
          <w:sz w:val="22"/>
        </w:rPr>
        <w:t>Cybersecurity</w:t>
      </w:r>
    </w:p>
    <w:p w14:paraId="0C662BE1" w14:textId="77777777" w:rsidR="002F6503" w:rsidRDefault="00000000">
      <w:pPr>
        <w:keepNext/>
        <w:spacing w:before="80"/>
      </w:pPr>
      <w:r>
        <w:rPr>
          <w:b/>
          <w:sz w:val="22"/>
        </w:rPr>
        <w:t>Tham gia chương trình, ứng viên có cơ hội:</w:t>
      </w:r>
    </w:p>
    <w:p w14:paraId="46ADFC21" w14:textId="77777777" w:rsidR="002F6503" w:rsidRDefault="00000000">
      <w:pPr>
        <w:pStyle w:val="ListBullet"/>
        <w:spacing w:after="0"/>
      </w:pPr>
      <w:r>
        <w:rPr>
          <w:sz w:val="22"/>
        </w:rPr>
        <w:t>Làm việc trong các nhóm nghiên cứu đa ngành cùng chuyên gia, nhà khoa học và kỹ sư.</w:t>
      </w:r>
    </w:p>
    <w:p w14:paraId="1BAE49F8" w14:textId="77777777" w:rsidR="002F6503" w:rsidRDefault="00000000">
      <w:pPr>
        <w:pStyle w:val="ListBullet"/>
        <w:spacing w:after="0"/>
      </w:pPr>
      <w:r>
        <w:rPr>
          <w:sz w:val="22"/>
        </w:rPr>
        <w:t>Tham gia các bài toán nghiên cứu và phát triển công nghệ có tính ứng dụng thực tiễn.</w:t>
      </w:r>
    </w:p>
    <w:p w14:paraId="0858699E" w14:textId="77777777" w:rsidR="002F6503" w:rsidRDefault="00000000">
      <w:pPr>
        <w:pStyle w:val="ListBullet"/>
        <w:spacing w:after="0"/>
      </w:pPr>
      <w:r>
        <w:rPr>
          <w:sz w:val="22"/>
        </w:rPr>
        <w:t>Nhận mức thu nhập 26 triệu đồng/tháng.</w:t>
      </w:r>
    </w:p>
    <w:p w14:paraId="42D8808E" w14:textId="77777777" w:rsidR="002F6503" w:rsidRDefault="00000000">
      <w:pPr>
        <w:pStyle w:val="ListBullet"/>
        <w:spacing w:after="0"/>
      </w:pPr>
      <w:r>
        <w:rPr>
          <w:sz w:val="22"/>
        </w:rPr>
        <w:t>Được cấp GPU, hạ tầng tính toán và tài nguyên phục vụ nghiên cứu.</w:t>
      </w:r>
    </w:p>
    <w:p w14:paraId="06C89D3C" w14:textId="77777777" w:rsidR="002F6503" w:rsidRDefault="00000000">
      <w:pPr>
        <w:pStyle w:val="ListBullet"/>
        <w:spacing w:after="0"/>
      </w:pPr>
      <w:r>
        <w:rPr>
          <w:sz w:val="22"/>
        </w:rPr>
        <w:t>Có cơ hội trao đổi nghiên cứu quốc tế và tham dự các hội nghị khoa học hàng đầu.</w:t>
      </w:r>
    </w:p>
    <w:p w14:paraId="5944AB83" w14:textId="77777777" w:rsidR="002F6503" w:rsidRDefault="00000000">
      <w:pPr>
        <w:pStyle w:val="ListBullet"/>
        <w:spacing w:after="0"/>
      </w:pPr>
      <w:r>
        <w:rPr>
          <w:sz w:val="22"/>
        </w:rPr>
        <w:t>Phát triển theo lộ trình học Tiến sĩ thông qua mạng lưới đối tác học thuật của Viện.</w:t>
      </w:r>
    </w:p>
    <w:p w14:paraId="3A749A94" w14:textId="77777777" w:rsidR="002F6503" w:rsidRDefault="00000000">
      <w:pPr>
        <w:spacing w:before="120"/>
      </w:pPr>
      <w:r>
        <w:rPr>
          <w:b/>
          <w:sz w:val="22"/>
        </w:rPr>
        <w:t>⏰ Thời gian nhận hồ sơ: 11/09 – 30/09/2026</w:t>
      </w:r>
    </w:p>
    <w:p w14:paraId="265AFF60" w14:textId="77777777" w:rsidR="002F6503" w:rsidRDefault="00000000">
      <w:pPr>
        <w:spacing w:after="120"/>
      </w:pPr>
      <w:r>
        <w:rPr>
          <w:b/>
          <w:sz w:val="22"/>
        </w:rPr>
        <w:t xml:space="preserve">👉 Đăng ký: </w:t>
      </w:r>
      <w:hyperlink r:id="rId11">
        <w:r>
          <w:rPr>
            <w:color w:val="0563C1"/>
            <w:sz w:val="22"/>
            <w:u w:val="single"/>
          </w:rPr>
          <w:t>https://forms.gle/tLr8Fi22HrwaLYt96</w:t>
        </w:r>
      </w:hyperlink>
    </w:p>
    <w:p w14:paraId="0C03D707" w14:textId="77777777" w:rsidR="002F6503" w:rsidRDefault="00000000">
      <w:r>
        <w:rPr>
          <w:sz w:val="22"/>
        </w:rPr>
        <w:t>Nhà trường khuyến khích các bạn có nền tảng học thuật tốt, đam mê nghiên cứu và mong muốn phát triển chuyên sâu trong các lĩnh vực công nghệ lõi đăng ký tham gia.</w:t>
      </w:r>
    </w:p>
    <w:sectPr w:rsidR="002F6503" w:rsidSect="00034616">
      <w:footerReference w:type="default" r:id="rId12"/>
      <w:pgSz w:w="12240" w:h="15840"/>
      <w:pgMar w:top="964" w:right="1247" w:bottom="964"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EEBC7B" w14:textId="77777777" w:rsidR="00A4307D" w:rsidRDefault="00A4307D">
      <w:pPr>
        <w:spacing w:after="0" w:line="240" w:lineRule="auto"/>
      </w:pPr>
      <w:r>
        <w:separator/>
      </w:r>
    </w:p>
  </w:endnote>
  <w:endnote w:type="continuationSeparator" w:id="0">
    <w:p w14:paraId="05DF7EBB" w14:textId="77777777" w:rsidR="00A4307D" w:rsidRDefault="00A430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A1BEC" w14:textId="77777777" w:rsidR="002F6503" w:rsidRDefault="00000000">
    <w:pPr>
      <w:pStyle w:val="Footer"/>
      <w:jc w:val="center"/>
    </w:pPr>
    <w:r>
      <w:rPr>
        <w:color w:val="7F7F7F"/>
        <w:sz w:val="16"/>
      </w:rPr>
      <w:t>FPT Frontier Innovators 2026 – Nội dung truyền thông gửi trường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33DE64" w14:textId="77777777" w:rsidR="00A4307D" w:rsidRDefault="00A4307D">
      <w:pPr>
        <w:spacing w:after="0" w:line="240" w:lineRule="auto"/>
      </w:pPr>
      <w:r>
        <w:separator/>
      </w:r>
    </w:p>
  </w:footnote>
  <w:footnote w:type="continuationSeparator" w:id="0">
    <w:p w14:paraId="34C93ECC" w14:textId="77777777" w:rsidR="00A4307D" w:rsidRDefault="00A4307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83290961">
    <w:abstractNumId w:val="8"/>
  </w:num>
  <w:num w:numId="2" w16cid:durableId="110243433">
    <w:abstractNumId w:val="6"/>
  </w:num>
  <w:num w:numId="3" w16cid:durableId="513542110">
    <w:abstractNumId w:val="5"/>
  </w:num>
  <w:num w:numId="4" w16cid:durableId="1819882797">
    <w:abstractNumId w:val="4"/>
  </w:num>
  <w:num w:numId="5" w16cid:durableId="685210954">
    <w:abstractNumId w:val="7"/>
  </w:num>
  <w:num w:numId="6" w16cid:durableId="1393427026">
    <w:abstractNumId w:val="3"/>
  </w:num>
  <w:num w:numId="7" w16cid:durableId="1193376785">
    <w:abstractNumId w:val="2"/>
  </w:num>
  <w:num w:numId="8" w16cid:durableId="1717974640">
    <w:abstractNumId w:val="1"/>
  </w:num>
  <w:num w:numId="9" w16cid:durableId="6032220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F6503"/>
    <w:rsid w:val="00326F90"/>
    <w:rsid w:val="00441A59"/>
    <w:rsid w:val="00771AD7"/>
    <w:rsid w:val="00A4307D"/>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841330F"/>
  <w14:defaultImageDpi w14:val="300"/>
  <w15:docId w15:val="{EFB76CC7-1CAA-4D0A-B852-3E70048EF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9" w:lineRule="auto"/>
    </w:pPr>
    <w:rPr>
      <w:rFonts w:ascii="Arial" w:eastAsia="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orms.gle/tLr8Fi22HrwaLYt96"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12f7be1-5542-48b4-abc5-150707f16eb9" xsi:nil="true"/>
    <lcf76f155ced4ddcb4097134ff3c332f xmlns="cfbbe1e6-7321-4b43-9d84-dd1917d8601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7A7BEED88FC263449EE0FE476991F529" ma:contentTypeVersion="12" ma:contentTypeDescription="Create a new document." ma:contentTypeScope="" ma:versionID="de6c2319f2bd13802bf34f8c007bd572">
  <xsd:schema xmlns:xsd="http://www.w3.org/2001/XMLSchema" xmlns:xs="http://www.w3.org/2001/XMLSchema" xmlns:p="http://schemas.microsoft.com/office/2006/metadata/properties" xmlns:ns2="cfbbe1e6-7321-4b43-9d84-dd1917d86012" xmlns:ns3="312f7be1-5542-48b4-abc5-150707f16eb9" targetNamespace="http://schemas.microsoft.com/office/2006/metadata/properties" ma:root="true" ma:fieldsID="f2703f1ddda150aacaf655c18c394047" ns2:_="" ns3:_="">
    <xsd:import namespace="cfbbe1e6-7321-4b43-9d84-dd1917d86012"/>
    <xsd:import namespace="312f7be1-5542-48b4-abc5-150707f16eb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bbe1e6-7321-4b43-9d84-dd1917d860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c97e1a9-fa82-4965-b735-0e061acf926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12f7be1-5542-48b4-abc5-150707f16eb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c5f1806-4f8b-4607-81bc-d024490f8856}" ma:internalName="TaxCatchAll" ma:showField="CatchAllData" ma:web="312f7be1-5542-48b4-abc5-150707f16e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F83EF84-B552-42D7-8D29-F65561694D2C}">
  <ds:schemaRefs>
    <ds:schemaRef ds:uri="http://schemas.microsoft.com/office/2006/metadata/properties"/>
    <ds:schemaRef ds:uri="http://schemas.microsoft.com/office/infopath/2007/PartnerControls"/>
    <ds:schemaRef ds:uri="312f7be1-5542-48b4-abc5-150707f16eb9"/>
    <ds:schemaRef ds:uri="cfbbe1e6-7321-4b43-9d84-dd1917d86012"/>
  </ds:schemaRefs>
</ds:datastoreItem>
</file>

<file path=customXml/itemProps2.xml><?xml version="1.0" encoding="utf-8"?>
<ds:datastoreItem xmlns:ds="http://schemas.openxmlformats.org/officeDocument/2006/customXml" ds:itemID="{BB0017D2-826D-455B-80BA-093A31122C89}">
  <ds:schemaRefs>
    <ds:schemaRef ds:uri="http://schemas.microsoft.com/sharepoint/v3/contenttype/forms"/>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537BACF0-EDB9-486E-AF0F-2CA88B8FCA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bbe1e6-7321-4b43-9d84-dd1917d86012"/>
    <ds:schemaRef ds:uri="312f7be1-5542-48b4-abc5-150707f16e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211</Words>
  <Characters>1207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Trần Thị Thủy Tiên</cp:lastModifiedBy>
  <cp:revision>2</cp:revision>
  <dcterms:created xsi:type="dcterms:W3CDTF">2013-12-23T23:15:00Z</dcterms:created>
  <dcterms:modified xsi:type="dcterms:W3CDTF">2026-09-22T08:47:00Z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0x0101007A7BEED88FC263449EE0FE476991F529</vt:lpwstr>
  </property>
  <property fmtid="{D5CDD505-2E9C-101B-9397-08002B2CF9AE}" pid="3" name="MediaServiceImageTags">
    <vt:lpwstr/>
  </property>
</Properties>
</file>